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Roses Product Descriptions</w:t>
      </w:r>
    </w:p>
    <w:p>
      <w:r>
        <w:t>For licensed retail partners. Copy as supplied.</w:t>
      </w:r>
    </w:p>
    <w:p>
      <w:pPr>
        <w:pStyle w:val="Heading1"/>
      </w:pPr>
      <w:r>
        <w:t>Pre-rolls (1g Longstem and multi-pack)</w:t>
      </w:r>
    </w:p>
    <w:p>
      <w:pPr>
        <w:pStyle w:val="Heading2"/>
      </w:pPr>
      <w:r>
        <w:t>Acai Berry (Sativa)</w:t>
      </w:r>
    </w:p>
    <w:p>
      <w:r>
        <w:t>Dive into rich berry bliss with our Açaí Berry pre-roll. Crafted from premium flower, it delivers bold açaí flavor with smooth, dark fruit notes for a luxurious smoke.</w:t>
      </w:r>
    </w:p>
    <w:p>
      <w:r>
        <w:t>Every Roses Pre-Roll starts with premium flower, infused with liquid diamond, live resin, or live rosin for a smooth, flavorful burn. Made for those who know quality. There may be many flowers — but only one Rose.</w:t>
      </w:r>
    </w:p>
    <w:p>
      <w:pPr>
        <w:pStyle w:val="Heading2"/>
      </w:pPr>
      <w:r>
        <w:t>Apples &amp; Bananas (Hybrid)</w:t>
      </w:r>
    </w:p>
    <w:p>
      <w:r>
        <w:t>Bite into a bold burst of flavor with our Apples &amp; Bananas Live Resin–Infused pre-roll. This fruity favorite blends the crisp snap of fresh apples with the creamy smoothness of banana for a sweet, mouthwatering ride from the first inhale. The live-resin infusion amps up the aroma and delivers a fuller, juicier terp profile—making every puff taste like you just picked the fruit yourself. Playful, vibrant, and ridiculously delicious, it’s the kind of smoke that keeps you going back for “just one more.”</w:t>
      </w:r>
    </w:p>
    <w:p>
      <w:r>
        <w:t>Every Roses Pre-Roll starts with premium flower, infused with liquid diamond, live resin, or live rosin for a smooth, flavorful burn. Made for those who know quality. There may be many flowers — but only one Rose.</w:t>
      </w:r>
    </w:p>
    <w:p>
      <w:pPr>
        <w:pStyle w:val="Heading2"/>
      </w:pPr>
      <w:r>
        <w:t>Banana Royale (Sativa)</w:t>
      </w:r>
    </w:p>
    <w:p>
      <w:r>
        <w:t>Unleash candy-coated nostalgia with our Banana Royale pre-roll. Made from premium flower, it serves up the sweet, chewy essence of classic banana candy for a smooth and playful smoking experience.</w:t>
      </w:r>
    </w:p>
    <w:p>
      <w:r>
        <w:t>Every Roses Pre-Roll starts with premium flower, infused with liquid diamond, live resin, or live rosin for a smooth, flavorful burn. Made for those who know quality. There may be many flowers — but only one Rose.</w:t>
      </w:r>
    </w:p>
    <w:p>
      <w:pPr>
        <w:pStyle w:val="Heading2"/>
      </w:pPr>
      <w:r>
        <w:t>Black Cherry Pop (Sativa)</w:t>
      </w:r>
    </w:p>
    <w:p>
      <w:r>
        <w:t>Take a trip down memory lane with our Black Cherry Pop pre-roll. It's like sipping on cherry cola, offering a refreshing and familiar taste in every hit.</w:t>
      </w:r>
    </w:p>
    <w:p>
      <w:r>
        <w:t>Every Roses Pre-Roll starts with premium flower, infused with liquid diamond, live resin, or live rosin for a smooth, flavorful burn. Made for those who know quality. There may be many flowers — but only one Rose.</w:t>
      </w:r>
    </w:p>
    <w:p>
      <w:pPr>
        <w:pStyle w:val="Heading2"/>
      </w:pPr>
      <w:r>
        <w:t>Blue Raspberry (Indica)</w:t>
      </w:r>
    </w:p>
    <w:p>
      <w:r>
        <w:t>Embark on a flavorful journey with our Blue Raspberry pre-roll. Curated from premium flower, it delivers vivid blueberry and tangy raspberry notes for a bold smoke.</w:t>
      </w:r>
    </w:p>
    <w:p>
      <w:r>
        <w:t>Every Roses Pre-Roll starts with premium flower, infused with liquid diamond, live resin, or live rosin for a smooth, flavorful burn. Made for those who know quality. There may be many flowers — but only one Rose.</w:t>
      </w:r>
    </w:p>
    <w:p>
      <w:pPr>
        <w:pStyle w:val="Heading2"/>
      </w:pPr>
      <w:r>
        <w:t>Blue Slush (Sativa)</w:t>
      </w:r>
    </w:p>
    <w:p>
      <w:r>
        <w:t>Blue Slush is a sweet, fruity sativa that tastes just like the blue-raspberry slushies from summer runs to the corner store. Bright and uplifting, it's a great pick for daytime plans, creative moments or a chill night in. Grab one whenever you're craving that classic slushie flavor.</w:t>
      </w:r>
    </w:p>
    <w:p>
      <w:r>
        <w:t>Every Roses Pre-Roll starts with premium flower, infused with liquid diamond, live resin, or live rosin for a smooth, flavorful burn. Made for those who know quality. There may be many flowers — but only one Rose.</w:t>
      </w:r>
    </w:p>
    <w:p>
      <w:pPr>
        <w:pStyle w:val="Heading2"/>
      </w:pPr>
      <w:r>
        <w:t>Blueberry (Hybrid)</w:t>
      </w:r>
    </w:p>
    <w:p>
      <w:r>
        <w:t>Dive into nature's bounty with our Blueberry pre-roll. Crafted from premium flower, it captures the juicy tang of ripe blueberries for a smooth and luxurious smoking experience.</w:t>
      </w:r>
    </w:p>
    <w:p>
      <w:r>
        <w:t>Every Roses Pre-Roll starts with premium flower, infused with liquid diamond, live resin, or live rosin for a smooth, flavorful burn. Made for those who know quality. There may be many flowers — but only one Rose.</w:t>
      </w:r>
    </w:p>
    <w:p>
      <w:pPr>
        <w:pStyle w:val="Heading2"/>
      </w:pPr>
      <w:r>
        <w:t>Bubblegum Gelato (Hybrid)</w:t>
      </w:r>
    </w:p>
    <w:p>
      <w:r>
        <w:t>Unleash your inner child with our Bubblegum Gelato infused pre-roll. Crafted with premium flower, this playful pre-roll takes you back to the nostalgic joy of sweet and chewy bubblegum. Experience a smooth and luxurious smoking session that will bring a smile to your face.</w:t>
      </w:r>
    </w:p>
    <w:p>
      <w:r>
        <w:t>Every Roses Pre-Roll starts with premium flower, infused with liquid diamond, live resin, or live rosin for a smooth, flavorful burn. Made for those who know quality. There may be many flowers — but only one Rose.</w:t>
      </w:r>
    </w:p>
    <w:p>
      <w:pPr>
        <w:pStyle w:val="Heading2"/>
      </w:pPr>
      <w:r>
        <w:t>Cherry Slush (Hybrid)</w:t>
      </w:r>
    </w:p>
    <w:p>
      <w:r>
        <w:t>Take a trip back to summer days with our Cherry Slush pre-roll — the flavor is pure cherry slushie, just like the ones from your favorite corner store. This sweet, icy blast hits with bold cherry notes and a smooth, refreshing finish. Rolled with premium flower, it delivers a nostalgic, flavorful smoke that’s as satisfying as that first sip of a frozen treat.</w:t>
      </w:r>
    </w:p>
    <w:p>
      <w:r>
        <w:t>Every Roses Pre-Roll starts with premium flower, infused with liquid diamond, live resin, or live rosin for a smooth, flavorful burn. Made for those who know quality. There may be many flowers — but only one Rose.</w:t>
      </w:r>
    </w:p>
    <w:p>
      <w:pPr>
        <w:pStyle w:val="Heading2"/>
      </w:pPr>
      <w:r>
        <w:t>Cotton Candy (Hybrid)</w:t>
      </w:r>
    </w:p>
    <w:p>
      <w:r>
        <w:t>Step into a world of magic with our Cotton Candy infused pre-roll. Made with top-tier flower, this delightfully sweet pre-roll captures the light, airy essence of cotton candy. Enjoy a smooth, sweet-smoking experience that transports you back to carefree carnival days and puts a smile on your face with every puff.</w:t>
      </w:r>
    </w:p>
    <w:p>
      <w:r>
        <w:t>Every Roses Pre-Roll starts with premium flower, infused with liquid diamond, live resin, or live rosin for a smooth, flavorful burn. Made for those who know quality. There may be many flowers — but only one Rose.</w:t>
      </w:r>
    </w:p>
    <w:p>
      <w:pPr>
        <w:pStyle w:val="Heading2"/>
      </w:pPr>
      <w:r>
        <w:t>Granny Smith (Hybrid)</w:t>
      </w:r>
    </w:p>
    <w:p>
      <w:r>
        <w:t>Crisp, tart, and utterly refreshing – that's our Granny Smith pre-roll. We've hand-selected the finest flower to capture the essence of green apples in every puff. It's a smoking experience that's as tasty as a bite into a freshly picked apple.</w:t>
      </w:r>
    </w:p>
    <w:p>
      <w:r>
        <w:t>Every Roses Pre-Roll starts with premium flower, infused with liquid diamond, live resin, or live rosin for a smooth, flavorful burn. Made for those who know quality. There may be many flowers — but only one Rose.</w:t>
      </w:r>
    </w:p>
    <w:p>
      <w:pPr>
        <w:pStyle w:val="Heading2"/>
      </w:pPr>
      <w:r>
        <w:t>Juicy Pear (Indica)</w:t>
      </w:r>
    </w:p>
    <w:p>
      <w:r>
        <w:t>Experience the crisp, refreshing taste of perfectly ripened pear with our Juicy Pear pre-roll. Bursting with delicate sweetness and a smooth, clean finish, it's a flavor that's as refreshing as it is satisfying.</w:t>
      </w:r>
    </w:p>
    <w:p>
      <w:r>
        <w:t>Every Roses Pre-Roll starts with premium flower, infused with liquid diamond, live resin, or live rosin for a smooth, flavorful burn. Made for those who know quality. There may be many flowers — but only one Rose.</w:t>
      </w:r>
    </w:p>
    <w:p>
      <w:pPr>
        <w:pStyle w:val="Heading2"/>
      </w:pPr>
      <w:r>
        <w:t>Killer Kiwi (Sativa)</w:t>
      </w:r>
    </w:p>
    <w:p>
      <w:r>
        <w:t>Embark on a thrilling adventure of flavor with our Killer Kiwi pre-roll. Crafted from premium flower, it delivers a burst of exotic kiwi goodness for a refreshing twist to your journey.</w:t>
      </w:r>
    </w:p>
    <w:p>
      <w:r>
        <w:t>Every Roses Pre-Roll starts with premium flower, infused with liquid diamond, live resin, or live rosin for a smooth, flavorful burn. Made for those who know quality. There may be many flowers — but only one Rose.</w:t>
      </w:r>
    </w:p>
    <w:p>
      <w:pPr>
        <w:pStyle w:val="Heading2"/>
      </w:pPr>
      <w:r>
        <w:t>Lemon Cheesecake (Sativa)</w:t>
      </w:r>
    </w:p>
    <w:p>
      <w:r>
        <w:t>Unleash a citrus symphony with our Lemon Cheesecake pre-roll. Crafted from select flower, it promises a sophisticated smoking experience with zesty lemon and velvety cheesecake flavors.</w:t>
      </w:r>
    </w:p>
    <w:p>
      <w:r>
        <w:t>Every Roses Pre-Roll starts with premium flower, infused with liquid diamond, live resin, or live rosin for a smooth, flavorful burn. Made for those who know quality. There may be many flowers — but only one Rose.</w:t>
      </w:r>
    </w:p>
    <w:p>
      <w:pPr>
        <w:pStyle w:val="Heading2"/>
      </w:pPr>
      <w:r>
        <w:t>Lemon Drop (Indica)</w:t>
      </w:r>
    </w:p>
    <w:p>
      <w:r>
        <w:t>Kick things up with the zesty zing of our Lemon Drop pre-roll. Made from premium flower, it delivers sweet-tart citrus flavor with a playful bite for a bright smoke.</w:t>
      </w:r>
    </w:p>
    <w:p>
      <w:r>
        <w:t>Every Roses Pre-Roll starts with premium flower, infused with liquid diamond, live resin, or live rosin for a smooth, flavorful burn. Made for those who know quality. There may be many flowers — but only one Rose.</w:t>
      </w:r>
    </w:p>
    <w:p>
      <w:pPr>
        <w:pStyle w:val="Heading2"/>
      </w:pPr>
      <w:r>
        <w:t>Mint Chip Gelato (Hybrid)</w:t>
      </w:r>
    </w:p>
    <w:p>
      <w:r>
        <w:t>Experience the refreshing chill of our Mint Chip pre-roll. Crafted from premium flower, it blends mint and chocolate chip flavors for a smooth and indulgent smoke.</w:t>
      </w:r>
    </w:p>
    <w:p>
      <w:r>
        <w:t>Every Roses Pre-Roll starts with premium flower, infused with liquid diamond, live resin, or live rosin for a smooth, flavorful burn. Made for those who know quality. There may be many flowers — but only one Rose.</w:t>
      </w:r>
    </w:p>
    <w:p>
      <w:pPr>
        <w:pStyle w:val="Heading2"/>
      </w:pPr>
      <w:r>
        <w:t>Nerds (Hybrid)</w:t>
      </w:r>
    </w:p>
    <w:p>
      <w:r>
        <w:t>Nerds is a fun, candy-sweet hybrid in the spirit of a bright, crunchy candy-shop treat. Tangy, fruity flavor up front and a smooth, balanced finish make it an easy pick for any part of the day. A little nostalgia in every pass.</w:t>
      </w:r>
    </w:p>
    <w:p>
      <w:r>
        <w:t>Every Roses Pre-Roll starts with premium flower, infused with liquid diamond, live resin, or live rosin for a smooth, flavorful burn. Made for those who know quality. There may be many flowers — but only one Rose.</w:t>
      </w:r>
    </w:p>
    <w:p>
      <w:pPr>
        <w:pStyle w:val="Heading2"/>
      </w:pPr>
      <w:r>
        <w:t>Orange Pop (Sativa)</w:t>
      </w:r>
    </w:p>
    <w:p>
      <w:r>
        <w:t>Bursting with the sweet, fizzy flavor of classic orange soda, our Orange Pop pre-roll delivers a refreshing twist with every puff. Smooth, vibrant, and full of juicy orange flavor, it's a lively experience from the first inhale to the last.</w:t>
      </w:r>
    </w:p>
    <w:p>
      <w:r>
        <w:t>Every Roses Pre-Roll starts with premium flower, infused with liquid diamond, live resin, or live rosin for a smooth, flavorful burn. Made for those who know quality. There may be many flowers — but only one Rose.</w:t>
      </w:r>
    </w:p>
    <w:p>
      <w:pPr>
        <w:pStyle w:val="Heading2"/>
      </w:pPr>
      <w:r>
        <w:t>Orange Shandy (Indica)</w:t>
      </w:r>
    </w:p>
    <w:p>
      <w:r>
        <w:t>Crack open citrus refreshment with our Orange Shandy pre-roll. Crafted from premium flower, it mixes bright orange zest with a hint of malted smoothness for a refreshing smoke.</w:t>
      </w:r>
    </w:p>
    <w:p>
      <w:r>
        <w:t>Every Roses Pre-Roll starts with premium flower, infused with liquid diamond, live resin, or live rosin for a smooth, flavorful burn. Made for those who know quality. There may be many flowers — but only one Rose.</w:t>
      </w:r>
    </w:p>
    <w:p>
      <w:pPr>
        <w:pStyle w:val="Heading2"/>
      </w:pPr>
      <w:r>
        <w:t>Peach Mango Melons (Indica)</w:t>
      </w:r>
    </w:p>
    <w:p>
      <w:r>
        <w:t>Escape to a tropical blend of vibrant fruit with our Peach Mango Melons pre-roll. Sweet peach, succulent mango, and cool melon create a refreshingly smooth experience layered with bold, juicy flavor.</w:t>
      </w:r>
    </w:p>
    <w:p>
      <w:r>
        <w:t>Every Roses Pre-Roll starts with premium flower, infused with liquid diamond, live resin, or live rosin for a smooth, flavorful burn. Made for those who know quality. There may be many flowers — but only one Rose.</w:t>
      </w:r>
    </w:p>
    <w:p>
      <w:pPr>
        <w:pStyle w:val="Heading2"/>
      </w:pPr>
      <w:r>
        <w:t>Peach Nectar (Hybrid)</w:t>
      </w:r>
    </w:p>
    <w:p>
      <w:r>
        <w:t>Immerse yourself in the essence of sun-ripened peaches with our Peach Nectar pre-roll. Crafted from premium flower, it promises a smooth and luxurious smoking experience that elevates your senses.</w:t>
      </w:r>
    </w:p>
    <w:p>
      <w:r>
        <w:t>Every Roses Pre-Roll starts with premium flower, infused with liquid diamond, live resin, or live rosin for a smooth, flavorful burn. Made for those who know quality. There may be many flowers — but only one Rose.</w:t>
      </w:r>
    </w:p>
    <w:p>
      <w:pPr>
        <w:pStyle w:val="Heading2"/>
      </w:pPr>
      <w:r>
        <w:t>Peaches &amp; Cream (Hybrid)</w:t>
      </w:r>
    </w:p>
    <w:p>
      <w:r>
        <w:t>Treat your palate to the perfect pairing of sun-ripened peaches and velvety cream with our Peaches &amp; Cream pre-roll. Every puff delivers a smooth, fruit-forward experience layered with rich, luscious flavor from beginning to end.</w:t>
      </w:r>
    </w:p>
    <w:p>
      <w:r>
        <w:t>Every Roses Pre-Roll starts with premium flower, infused with liquid diamond, live resin, or live rosin for a smooth, flavorful burn. Made for those who know quality. There may be many flowers — but only one Rose.</w:t>
      </w:r>
    </w:p>
    <w:p>
      <w:pPr>
        <w:pStyle w:val="Heading2"/>
      </w:pPr>
      <w:r>
        <w:t>Peachy Pair (Sativa)</w:t>
      </w:r>
    </w:p>
    <w:p>
      <w:r>
        <w:t>Delight in a juicy fusion with our Peachy Pair pre-roll. Made from premium flower, it blends lush peach and crisp pear flavors for a smooth and refreshing escape.</w:t>
      </w:r>
    </w:p>
    <w:p>
      <w:r>
        <w:t>Every Roses Pre-Roll starts with premium flower, infused with liquid diamond, live resin, or live rosin for a smooth, flavorful burn. Made for those who know quality. There may be many flowers — but only one Rose.</w:t>
      </w:r>
    </w:p>
    <w:p>
      <w:pPr>
        <w:pStyle w:val="Heading2"/>
      </w:pPr>
      <w:r>
        <w:t>Pineapple Watermelon (Sativa)</w:t>
      </w:r>
    </w:p>
    <w:p>
      <w:r>
        <w:t>Escape into a wave of tropical flavor with our Pineapple Watermelon pre-roll. Juicy pineapple sweetness meets refreshing watermelon notes for a bright, fruit-forward experience that feels like summer in every puff.</w:t>
      </w:r>
    </w:p>
    <w:p>
      <w:r>
        <w:t>Every Roses Pre-Roll starts with premium flower, infused with liquid diamond, live resin, or live rosin for a smooth, flavorful burn. Made for those who know quality. There may be many flowers — but only one Rose.</w:t>
      </w:r>
    </w:p>
    <w:p>
      <w:pPr>
        <w:pStyle w:val="Heading2"/>
      </w:pPr>
      <w:r>
        <w:t>Piña Colada (Hybrid)</w:t>
      </w:r>
    </w:p>
    <w:p>
      <w:r>
        <w:t>Escape to a tropical paradise with our Piña Colada pre-roll. Crafted from premium flower, it blends pineapple and coconut flavors for a smooth and indulgent smoking session.</w:t>
      </w:r>
    </w:p>
    <w:p>
      <w:r>
        <w:t>Every Roses Pre-Roll starts with premium flower, infused with liquid diamond, live resin, or live rosin for a smooth, flavorful burn. Made for those who know quality. There may be many flowers — but only one Rose.</w:t>
      </w:r>
    </w:p>
    <w:p>
      <w:pPr>
        <w:pStyle w:val="Heading2"/>
      </w:pPr>
      <w:r>
        <w:t>Purple Punch (Indica)</w:t>
      </w:r>
    </w:p>
    <w:p>
      <w:r>
        <w:t>Step into a realm of royal flavor with our Purple Punch pre-roll. Each puff is a regal blend of grape and berries, meticulously crafted from the finest flower. It's smooth, it's opulent, and it's fit for a king or queen like you.</w:t>
      </w:r>
    </w:p>
    <w:p>
      <w:r>
        <w:t>Every Roses Pre-Roll starts with premium flower, infused with liquid diamond, live resin, or live rosin for a smooth, flavorful burn. Made for those who know quality. There may be many flowers — but only one Rose.</w:t>
      </w:r>
    </w:p>
    <w:p>
      <w:pPr>
        <w:pStyle w:val="Heading2"/>
      </w:pPr>
      <w:r>
        <w:t>Salted Caramel Apple (Sativa)</w:t>
      </w:r>
    </w:p>
    <w:p>
      <w:r>
        <w:t>Treat your senses to the perfect balance of sweet and savory with our Salted Caramel Apple pre-roll. Crisp orchard apple is layered with rich, buttery caramel and a touch of sea salt, creating a warm, dessert-inspired flavor that's smooth and irresistibly satisfying.</w:t>
      </w:r>
    </w:p>
    <w:p>
      <w:r>
        <w:t>Every Roses Pre-Roll starts with premium flower, infused with liquid diamond, live resin, or live rosin for a smooth, flavorful burn. Made for those who know quality. There may be many flowers — but only one Rose.</w:t>
      </w:r>
    </w:p>
    <w:p>
      <w:pPr>
        <w:pStyle w:val="Heading2"/>
      </w:pPr>
      <w:r>
        <w:t>Sour OG (Hybrid)</w:t>
      </w:r>
    </w:p>
    <w:p>
      <w:r>
        <w:t>Turn up the intensity with our Sour OG pre-roll. Tangy citrus and earthy undertones collide with classic sour character, creating a bold and flavorful smoke with just the right amount of bite.</w:t>
      </w:r>
    </w:p>
    <w:p>
      <w:r>
        <w:t>Every Roses Pre-Roll starts with premium flower, infused with liquid diamond, live resin, or live rosin for a smooth, flavorful burn. Made for those who know quality. There may be many flowers — but only one Rose.</w:t>
      </w:r>
    </w:p>
    <w:p>
      <w:pPr>
        <w:pStyle w:val="Heading2"/>
      </w:pPr>
      <w:r>
        <w:t>Sourlicious Watermelon (Hybrid)</w:t>
      </w:r>
    </w:p>
    <w:p>
      <w:r>
        <w:t>Brace yourself for a burst of flavor with our Sourlicious Watermelon pre-roll. It's like biting into sour watermelon bubblegum candy, delivering a mouthwatering and refreshing experience with every puff.</w:t>
      </w:r>
    </w:p>
    <w:p>
      <w:r>
        <w:t>Every Roses Pre-Roll starts with premium flower, infused with liquid diamond, live resin, or live rosin for a smooth, flavorful burn. Made for those who know quality. There may be many flowers — but only one Rose.</w:t>
      </w:r>
    </w:p>
    <w:p>
      <w:pPr>
        <w:pStyle w:val="Heading2"/>
      </w:pPr>
      <w:r>
        <w:t>Space Jam Runtz (Hybrid)</w:t>
      </w:r>
    </w:p>
    <w:p>
      <w:r>
        <w:t>Space Jam Runtz is an out-of-this-world hybrid with a sweet, fruity flavor and a smooth, candy-like finish. Balanced and easygoing, it's made for good company and good times. Spark one up and let the session take off.</w:t>
      </w:r>
    </w:p>
    <w:p>
      <w:r>
        <w:t>Every Roses Pre-Roll starts with premium flower, infused with liquid diamond, live resin, or live rosin for a smooth, flavorful burn. Made for those who know quality. There may be many flowers — but only one Rose.</w:t>
      </w:r>
    </w:p>
    <w:p>
      <w:pPr>
        <w:pStyle w:val="Heading2"/>
      </w:pPr>
      <w:r>
        <w:t>Strawberry Banana (Hybrid)</w:t>
      </w:r>
    </w:p>
    <w:p>
      <w:r>
        <w:t>Savor the sweet harmony of our Strawberry Banana pre-roll. Crafted from premium flower, it swirls together ripe strawberry and creamy banana flavors for a smooth and balanced smoking session.</w:t>
      </w:r>
    </w:p>
    <w:p>
      <w:r>
        <w:t>Every Roses Pre-Roll starts with premium flower, infused with liquid diamond, live resin, or live rosin for a smooth, flavorful burn. Made for those who know quality. There may be many flowers — but only one Rose.</w:t>
      </w:r>
    </w:p>
    <w:p>
      <w:pPr>
        <w:pStyle w:val="Heading2"/>
      </w:pPr>
      <w:r>
        <w:t>Strawberry Cheesecake (Indica)</w:t>
      </w:r>
    </w:p>
    <w:p>
      <w:r>
        <w:t>Savor the irresistible combo of ripe strawberries and rich cheesecake in our Strawberry Cheesecake pre-roll. Crafted from premium flower, it promises a smooth and satisfying smoke.</w:t>
      </w:r>
    </w:p>
    <w:p>
      <w:r>
        <w:t>Every Roses Pre-Roll starts with premium flower, infused with liquid diamond, live resin, or live rosin for a smooth, flavorful burn. Made for those who know quality. There may be many flowers — but only one Rose.</w:t>
      </w:r>
    </w:p>
    <w:p>
      <w:pPr>
        <w:pStyle w:val="Heading2"/>
      </w:pPr>
      <w:r>
        <w:t>Strawberry Milkshake (Hybrid)</w:t>
      </w:r>
    </w:p>
    <w:p>
      <w:r>
        <w:t>Indulge in the creamy sweetness of our Strawberry Milkshake pre-roll. Sweet strawberry flavor swirls with rich milkshake notes, delivering a smooth and satisfying experience that's perfectly sweet, creamy, and irresistibly enjoyable.</w:t>
      </w:r>
    </w:p>
    <w:p>
      <w:r>
        <w:t>Every Roses Pre-Roll starts with premium flower, infused with liquid diamond, live resin, or live rosin for a smooth, flavorful burn. Made for those who know quality. There may be many flowers — but only one Rose.</w:t>
      </w:r>
    </w:p>
    <w:p>
      <w:pPr>
        <w:pStyle w:val="Heading2"/>
      </w:pPr>
      <w:r>
        <w:t>Sugar Plum Sunset (Hybrid)</w:t>
      </w:r>
    </w:p>
    <w:p>
      <w:r>
        <w:t>Drift into layers of rich, juicy flavor with our Sugar Plum Sunset pre-roll. Sweet plum notes are complemented by subtle hints of candied fruit, creating a smooth, flavorful experience with a perfectly balanced finish.</w:t>
      </w:r>
    </w:p>
    <w:p>
      <w:r>
        <w:t>Every Roses Pre-Roll starts with premium flower, infused with liquid diamond, live resin, or live rosin for a smooth, flavorful burn. Made for those who know quality. There may be many flowers — but only one Rose.</w:t>
      </w:r>
    </w:p>
    <w:p>
      <w:pPr>
        <w:pStyle w:val="Heading2"/>
      </w:pPr>
      <w:r>
        <w:t>Watermelon Mojito (Sativa)</w:t>
      </w:r>
    </w:p>
    <w:p>
      <w:r>
        <w:t>Jump into a refreshing treat with our Watermelon Mojito pre-roll. Made from top-notch flower, it mixes juicy watermelon with minty freshness. Enjoy a smooth smoke that feels like a sunny escape with each hit.</w:t>
      </w:r>
    </w:p>
    <w:p>
      <w:r>
        <w:t>Every Roses Pre-Roll starts with premium flower, infused with liquid diamond, live resin, or live rosin for a smooth, flavorful burn. Made for those who know quality. There may be many flowers — but only one Rose.</w:t>
      </w:r>
    </w:p>
    <w:p>
      <w:pPr>
        <w:pStyle w:val="Heading1"/>
      </w:pPr>
      <w:r>
        <w:t>Live rosin donuts (1g)</w:t>
      </w:r>
    </w:p>
    <w:p>
      <w:pPr>
        <w:pStyle w:val="Heading2"/>
      </w:pPr>
      <w:r>
        <w:t>Black Cherry Runtz × Gak Smoothie</w:t>
      </w:r>
    </w:p>
    <w:p>
      <w:r>
        <w:t>Rich, fruity, and layered with complexity, Black Cherry Runtz × Gak Smoothie pairs deep black cherry sweetness with vibrant tropical fruit and subtle creamy undertones. The live rosin infusion amplifies the terpene profile, delivering a smooth, flavorful smoke with exceptional depth from first light to the final draw.</w:t>
      </w:r>
    </w:p>
    <w:p>
      <w:r>
        <w:t>Every Roses Pre-Roll starts with premium flower, infused with liquid diamond, live resin, or live rosin for a smooth, flavorful burn. Made for those who know quality. There may be many flowers — but only one Rose.</w:t>
      </w:r>
    </w:p>
    <w:p>
      <w:pPr>
        <w:pStyle w:val="Heading2"/>
      </w:pPr>
      <w:r>
        <w:t>Blue Nerdz × Sour Grapes</w:t>
      </w:r>
    </w:p>
    <w:p>
      <w:r>
        <w:t>Sweet-tart candy with a sour pop. Blue Nerdz brings crunchy blue-raspberry candy sweetness while Sour Grapes adds a tangy, juicy grape bite — live rosin–infused for a smooth, flavorful smoke that stays loud from first light to the last draw.</w:t>
      </w:r>
    </w:p>
    <w:p>
      <w:r>
        <w:t>Every Roses Pre-Roll starts with premium flower, infused with liquid diamond, live resin, or live rosin for a smooth, flavorful burn. Made for those who know quality. There may be many flowers — but only one Rose.</w:t>
      </w:r>
    </w:p>
    <w:p>
      <w:pPr>
        <w:pStyle w:val="Heading2"/>
      </w:pPr>
      <w:r>
        <w:t>Purple Tangerine × Peel Out</w:t>
      </w:r>
    </w:p>
    <w:p>
      <w:r>
        <w:t>Purple Tangerine x Peel Out pairs juicy citrus sweetness with a zesty, peel-fresh twist in one Roses donut. Bright, tangy and smooth from start to finish, it's a citrus lover's pick, made for slow, easy rotations.</w:t>
      </w:r>
    </w:p>
    <w:p>
      <w:r>
        <w:t>Every Roses Pre-Roll starts with premium flower, infused with liquid diamond, live resin, or live rosin for a smooth, flavorful burn. Made for those who know quality. There may be many flowers — but only one Rose.</w:t>
      </w:r>
    </w:p>
    <w:p>
      <w:pPr>
        <w:pStyle w:val="Heading2"/>
      </w:pPr>
      <w:r>
        <w:t>Sherbelato × Sweet Pink</w:t>
      </w:r>
    </w:p>
    <w:p>
      <w:r>
        <w:t>Cool, creamy, and sweetly blushed. Sherbelato’s rainbow-sherbet flavor meets the candied pink finish of Sweet Pink in this live rosin–infused donut — silky on the inhale, sugary-bright on the exhale. A slow burn with a smooth, flavorful finish from first light to the last draw.</w:t>
      </w:r>
    </w:p>
    <w:p>
      <w:r>
        <w:t>Every Roses Pre-Roll starts with premium flower, infused with liquid diamond, live resin, or live rosin for a smooth, flavorful burn. Made for those who know quality. There may be many flowers — but only one Rose.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2</cp:revision>
  <dcterms:created xsi:type="dcterms:W3CDTF">2013-12-23T23:15:00Z</dcterms:created>
  <dcterms:modified xsi:type="dcterms:W3CDTF">2013-12-23T23:15:00Z</dcterms:modified>
  <cp:category/>
</cp:coreProperties>
</file>